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D0F0" w14:textId="712258BE" w:rsidR="00820275" w:rsidRPr="00E9689F" w:rsidRDefault="00E9689F">
      <w:pPr>
        <w:jc w:val="center"/>
        <w:rPr>
          <w:lang w:val="pt-PT"/>
        </w:rPr>
      </w:pPr>
      <w:r>
        <w:rPr>
          <w:b/>
          <w:noProof/>
          <w:color w:val="1F4E79"/>
          <w:sz w:val="28"/>
          <w:lang w:val="pt-PT"/>
        </w:rPr>
        <w:drawing>
          <wp:anchor distT="0" distB="0" distL="114300" distR="114300" simplePos="0" relativeHeight="251657216" behindDoc="0" locked="0" layoutInCell="1" allowOverlap="1" wp14:anchorId="765C77B1" wp14:editId="5D90F95F">
            <wp:simplePos x="0" y="0"/>
            <wp:positionH relativeFrom="column">
              <wp:posOffset>2125980</wp:posOffset>
            </wp:positionH>
            <wp:positionV relativeFrom="paragraph">
              <wp:posOffset>-845820</wp:posOffset>
            </wp:positionV>
            <wp:extent cx="1562100" cy="791063"/>
            <wp:effectExtent l="0" t="0" r="0" b="0"/>
            <wp:wrapNone/>
            <wp:docPr id="11471340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34084" name="Imagem 11471340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91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E9689F">
        <w:rPr>
          <w:b/>
          <w:color w:val="1F4E79"/>
          <w:sz w:val="28"/>
          <w:lang w:val="pt-PT"/>
        </w:rPr>
        <w:t>FORMULÁRIO DE APRESENTAÇÃO DE CONTRIBUTOS / SUGESTÕES</w:t>
      </w:r>
    </w:p>
    <w:p w14:paraId="457C7089" w14:textId="026F10DE" w:rsidR="00820275" w:rsidRPr="00E9689F" w:rsidRDefault="00000000">
      <w:pPr>
        <w:jc w:val="center"/>
        <w:rPr>
          <w:lang w:val="pt-PT"/>
        </w:rPr>
      </w:pPr>
      <w:r w:rsidRPr="00E9689F">
        <w:rPr>
          <w:i/>
          <w:lang w:val="pt-PT"/>
        </w:rPr>
        <w:t xml:space="preserve">Consulta Pública </w:t>
      </w:r>
      <w:r w:rsidR="00E9689F">
        <w:rPr>
          <w:i/>
          <w:lang w:val="pt-PT"/>
        </w:rPr>
        <w:t>– Regulamento do Cemitério</w:t>
      </w:r>
    </w:p>
    <w:p w14:paraId="51F62072" w14:textId="77777777" w:rsidR="00820275" w:rsidRPr="00E9689F" w:rsidRDefault="00820275">
      <w:pPr>
        <w:rPr>
          <w:lang w:val="pt-PT"/>
        </w:rPr>
      </w:pPr>
    </w:p>
    <w:p w14:paraId="6A4785BC" w14:textId="77777777" w:rsidR="00820275" w:rsidRPr="00E9689F" w:rsidRDefault="00000000" w:rsidP="00E9689F">
      <w:pPr>
        <w:jc w:val="both"/>
        <w:rPr>
          <w:lang w:val="pt-PT"/>
        </w:rPr>
      </w:pPr>
      <w:r w:rsidRPr="00E9689F">
        <w:rPr>
          <w:b/>
          <w:color w:val="1F4E79"/>
          <w:lang w:val="pt-PT"/>
        </w:rPr>
        <w:t>1. IDENTIFICAÇÃO DO INTERESSADO</w:t>
      </w:r>
    </w:p>
    <w:p w14:paraId="54E272B5" w14:textId="156B0CD4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Nome Completo: </w:t>
      </w:r>
      <w:r w:rsidRPr="00E9689F">
        <w:rPr>
          <w:lang w:val="pt-PT"/>
        </w:rPr>
        <w:t>__________________________________________________________________</w:t>
      </w:r>
      <w:r w:rsidR="00E9689F">
        <w:rPr>
          <w:lang w:val="pt-PT"/>
        </w:rPr>
        <w:t>___________________________</w:t>
      </w:r>
    </w:p>
    <w:p w14:paraId="0E577BCC" w14:textId="2DCD34FF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Qualidade </w:t>
      </w:r>
      <w:r w:rsidRPr="00E9689F">
        <w:rPr>
          <w:lang w:val="pt-PT"/>
        </w:rPr>
        <w:t>(</w:t>
      </w:r>
      <w:proofErr w:type="spellStart"/>
      <w:r w:rsidRPr="00E9689F">
        <w:rPr>
          <w:lang w:val="pt-PT"/>
        </w:rPr>
        <w:t>ex</w:t>
      </w:r>
      <w:proofErr w:type="spellEnd"/>
      <w:r w:rsidRPr="00E9689F">
        <w:rPr>
          <w:lang w:val="pt-PT"/>
        </w:rPr>
        <w:t xml:space="preserve">: Munícipe, Representante de Empresa, Presidente de Associação): </w:t>
      </w:r>
      <w:r w:rsidRPr="00E9689F">
        <w:rPr>
          <w:lang w:val="pt-PT"/>
        </w:rPr>
        <w:br/>
        <w:t>_______________________________________________________________________________________</w:t>
      </w:r>
      <w:r w:rsidR="00E9689F">
        <w:rPr>
          <w:lang w:val="pt-PT"/>
        </w:rPr>
        <w:t>___________________________</w:t>
      </w:r>
    </w:p>
    <w:p w14:paraId="4D35061E" w14:textId="49E66CA3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Morada / Sede: </w:t>
      </w:r>
      <w:r w:rsidRPr="00E9689F">
        <w:rPr>
          <w:lang w:val="pt-PT"/>
        </w:rPr>
        <w:t>__________________________________________________________________</w:t>
      </w:r>
      <w:r w:rsidR="00E9689F">
        <w:rPr>
          <w:lang w:val="pt-PT"/>
        </w:rPr>
        <w:t>_____________________________</w:t>
      </w:r>
    </w:p>
    <w:p w14:paraId="063891E8" w14:textId="497C53D9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Código Postal: </w:t>
      </w:r>
      <w:r w:rsidRPr="00E9689F">
        <w:rPr>
          <w:lang w:val="pt-PT"/>
        </w:rPr>
        <w:t>__________</w:t>
      </w:r>
      <w:r w:rsidR="00E9689F">
        <w:rPr>
          <w:lang w:val="pt-PT"/>
        </w:rPr>
        <w:t xml:space="preserve"> - </w:t>
      </w:r>
      <w:r w:rsidRPr="00E9689F">
        <w:rPr>
          <w:lang w:val="pt-PT"/>
        </w:rPr>
        <w:t xml:space="preserve">_________   </w:t>
      </w:r>
      <w:r w:rsidRPr="00E9689F">
        <w:rPr>
          <w:b/>
          <w:lang w:val="pt-PT"/>
        </w:rPr>
        <w:t xml:space="preserve">Localidade: </w:t>
      </w:r>
      <w:r w:rsidRPr="00E9689F">
        <w:rPr>
          <w:lang w:val="pt-PT"/>
        </w:rPr>
        <w:t>___________________________________</w:t>
      </w:r>
      <w:r w:rsidR="00E9689F">
        <w:rPr>
          <w:lang w:val="pt-PT"/>
        </w:rPr>
        <w:t>_______________________</w:t>
      </w:r>
    </w:p>
    <w:p w14:paraId="43421F10" w14:textId="77777777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Cartão de Cidadão / NIF: </w:t>
      </w:r>
      <w:r w:rsidRPr="00E9689F">
        <w:rPr>
          <w:i/>
          <w:lang w:val="pt-PT"/>
        </w:rPr>
        <w:t>________________________ (opcional)</w:t>
      </w:r>
    </w:p>
    <w:p w14:paraId="5AAE81FA" w14:textId="257B1154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b/>
          <w:lang w:val="pt-PT"/>
        </w:rPr>
        <w:t xml:space="preserve">Telefone / Telemóvel: </w:t>
      </w:r>
      <w:r w:rsidRPr="00E9689F">
        <w:rPr>
          <w:lang w:val="pt-PT"/>
        </w:rPr>
        <w:t xml:space="preserve">___________________________   </w:t>
      </w:r>
      <w:r w:rsidRPr="00E9689F">
        <w:rPr>
          <w:b/>
          <w:lang w:val="pt-PT"/>
        </w:rPr>
        <w:t xml:space="preserve">E-mail: </w:t>
      </w:r>
      <w:r w:rsidRPr="00E9689F">
        <w:rPr>
          <w:lang w:val="pt-PT"/>
        </w:rPr>
        <w:t>________________________</w:t>
      </w:r>
      <w:r w:rsidR="00E9689F">
        <w:rPr>
          <w:lang w:val="pt-PT"/>
        </w:rPr>
        <w:t>________________________</w:t>
      </w:r>
    </w:p>
    <w:p w14:paraId="73BD3380" w14:textId="77777777" w:rsidR="00820275" w:rsidRPr="00E9689F" w:rsidRDefault="00820275" w:rsidP="00E9689F">
      <w:pPr>
        <w:jc w:val="both"/>
        <w:rPr>
          <w:lang w:val="pt-PT"/>
        </w:rPr>
      </w:pPr>
    </w:p>
    <w:p w14:paraId="3C6DB3FB" w14:textId="77777777" w:rsidR="00820275" w:rsidRPr="00E9689F" w:rsidRDefault="00000000" w:rsidP="00E9689F">
      <w:pPr>
        <w:jc w:val="both"/>
        <w:rPr>
          <w:lang w:val="pt-PT"/>
        </w:rPr>
      </w:pPr>
      <w:r w:rsidRPr="00E9689F">
        <w:rPr>
          <w:b/>
          <w:color w:val="1F4E79"/>
          <w:lang w:val="pt-PT"/>
        </w:rPr>
        <w:t>2. EXPOSIÇÃO DE MOTIVOS E CONTRIBUTOS</w:t>
      </w:r>
    </w:p>
    <w:p w14:paraId="579E6F09" w14:textId="6BD9B808" w:rsidR="00820275" w:rsidRDefault="00000000" w:rsidP="00E9689F">
      <w:pPr>
        <w:jc w:val="both"/>
        <w:rPr>
          <w:lang w:val="pt-PT"/>
        </w:rPr>
      </w:pPr>
      <w:r w:rsidRPr="00E9689F">
        <w:rPr>
          <w:lang w:val="pt-PT"/>
        </w:rPr>
        <w:t xml:space="preserve">No âmbito do procedimento de consulta pública referente ao </w:t>
      </w:r>
      <w:r w:rsidR="00E9689F">
        <w:rPr>
          <w:lang w:val="pt-PT"/>
        </w:rPr>
        <w:t>Regulamento do Cemitério</w:t>
      </w:r>
      <w:r w:rsidRPr="00E9689F">
        <w:rPr>
          <w:lang w:val="pt-PT"/>
        </w:rPr>
        <w:t xml:space="preserve">, publicado em </w:t>
      </w:r>
      <w:r w:rsidR="00E9689F">
        <w:rPr>
          <w:lang w:val="pt-PT"/>
        </w:rPr>
        <w:t xml:space="preserve">29 de setembro no Site da Junta de Freguesia: </w:t>
      </w:r>
      <w:r w:rsidR="00E9689F" w:rsidRPr="00E9689F">
        <w:rPr>
          <w:b/>
          <w:bCs/>
          <w:i/>
          <w:iCs/>
          <w:lang w:val="pt-PT"/>
        </w:rPr>
        <w:t>jf-praiademira.pt</w:t>
      </w:r>
      <w:r w:rsidR="00E9689F">
        <w:rPr>
          <w:lang w:val="pt-PT"/>
        </w:rPr>
        <w:t>,</w:t>
      </w:r>
      <w:r w:rsidRPr="00E9689F">
        <w:rPr>
          <w:lang w:val="pt-PT"/>
        </w:rPr>
        <w:t xml:space="preserve"> venho por este meio apresentar os seguintes contributos, sugestões ou observações:</w:t>
      </w:r>
    </w:p>
    <w:p w14:paraId="1DD0BBF6" w14:textId="77777777" w:rsidR="00E9689F" w:rsidRDefault="00E9689F" w:rsidP="00E9689F">
      <w:pPr>
        <w:jc w:val="both"/>
        <w:rPr>
          <w:b/>
          <w:lang w:val="pt-PT"/>
        </w:rPr>
      </w:pPr>
      <w:r w:rsidRPr="00E9689F">
        <w:rPr>
          <w:b/>
          <w:lang w:val="pt-PT"/>
        </w:rPr>
        <w:t>Contributo/Sugestão:</w:t>
      </w:r>
      <w:r w:rsidRPr="00E9689F">
        <w:rPr>
          <w:b/>
          <w:lang w:val="pt-PT"/>
        </w:rPr>
        <w:br/>
      </w:r>
      <w:r w:rsidRPr="00E9689F">
        <w:rPr>
          <w:i/>
          <w:lang w:val="pt-PT"/>
        </w:rPr>
        <w:t xml:space="preserve">  [Escreva aqui de forma clara e fundamentada a sua proposta de alteração, aditamento ou reparação]</w:t>
      </w:r>
      <w:r w:rsidRPr="00E9689F">
        <w:rPr>
          <w:i/>
          <w:lang w:val="pt-PT"/>
        </w:rPr>
        <w:br/>
      </w:r>
    </w:p>
    <w:p w14:paraId="741697B7" w14:textId="24E01164" w:rsidR="00820275" w:rsidRPr="00E9689F" w:rsidRDefault="00000000" w:rsidP="00E9689F">
      <w:pPr>
        <w:jc w:val="center"/>
        <w:rPr>
          <w:b/>
          <w:bCs/>
          <w:lang w:val="pt-PT"/>
        </w:rPr>
      </w:pPr>
      <w:r w:rsidRPr="00E9689F">
        <w:rPr>
          <w:b/>
          <w:lang w:val="pt-PT"/>
        </w:rPr>
        <w:t xml:space="preserve">Artigo / Capítulo / Matéria: </w:t>
      </w:r>
      <w:r w:rsidR="00E9689F">
        <w:rPr>
          <w:b/>
          <w:lang w:val="pt-PT"/>
        </w:rPr>
        <w:t xml:space="preserve">  </w:t>
      </w:r>
      <w:r w:rsidRPr="00E9689F">
        <w:rPr>
          <w:b/>
          <w:bCs/>
          <w:lang w:val="pt-PT"/>
        </w:rPr>
        <w:t>_____________________________________________</w:t>
      </w:r>
      <w:r w:rsidR="00E9689F">
        <w:rPr>
          <w:b/>
          <w:bCs/>
          <w:lang w:val="pt-PT"/>
        </w:rPr>
        <w:t>__________</w:t>
      </w:r>
    </w:p>
    <w:p w14:paraId="21C73374" w14:textId="6BC78A2E" w:rsidR="00820275" w:rsidRPr="00E9689F" w:rsidRDefault="00000000" w:rsidP="00E9689F">
      <w:pPr>
        <w:spacing w:line="360" w:lineRule="auto"/>
        <w:jc w:val="both"/>
        <w:rPr>
          <w:lang w:val="pt-PT"/>
        </w:rPr>
      </w:pPr>
      <w:r w:rsidRPr="00E9689F">
        <w:rPr>
          <w:i/>
          <w:lang w:val="pt-PT"/>
        </w:rPr>
        <w:t>___</w:t>
      </w:r>
      <w:r w:rsidR="00E9689F">
        <w:rPr>
          <w:i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9689F">
        <w:rPr>
          <w:i/>
          <w:lang w:val="pt-PT"/>
        </w:rPr>
        <w:t>_______________________________________________________________________________</w:t>
      </w:r>
      <w:r w:rsidRPr="00E9689F">
        <w:rPr>
          <w:i/>
          <w:lang w:val="pt-PT"/>
        </w:rPr>
        <w:br/>
      </w:r>
    </w:p>
    <w:p w14:paraId="720DB93C" w14:textId="77777777" w:rsidR="00820275" w:rsidRPr="00E9689F" w:rsidRDefault="00820275" w:rsidP="00E9689F">
      <w:pPr>
        <w:jc w:val="both"/>
        <w:rPr>
          <w:lang w:val="pt-PT"/>
        </w:rPr>
      </w:pPr>
    </w:p>
    <w:p w14:paraId="7360CB11" w14:textId="77777777" w:rsidR="00E9689F" w:rsidRPr="00E9689F" w:rsidRDefault="00E9689F" w:rsidP="00E9689F">
      <w:pPr>
        <w:spacing w:line="360" w:lineRule="auto"/>
        <w:jc w:val="center"/>
        <w:rPr>
          <w:b/>
          <w:bCs/>
          <w:lang w:val="pt-PT"/>
        </w:rPr>
      </w:pPr>
      <w:r w:rsidRPr="00E9689F">
        <w:rPr>
          <w:b/>
          <w:lang w:val="pt-PT"/>
        </w:rPr>
        <w:lastRenderedPageBreak/>
        <w:t xml:space="preserve">Artigo / Capítulo / Matéria: </w:t>
      </w:r>
      <w:r>
        <w:rPr>
          <w:b/>
          <w:lang w:val="pt-PT"/>
        </w:rPr>
        <w:t xml:space="preserve">  </w:t>
      </w:r>
      <w:r w:rsidRPr="00E9689F">
        <w:rPr>
          <w:b/>
          <w:bCs/>
          <w:lang w:val="pt-PT"/>
        </w:rPr>
        <w:t>_____________________________________________</w:t>
      </w:r>
      <w:r>
        <w:rPr>
          <w:b/>
          <w:bCs/>
          <w:lang w:val="pt-PT"/>
        </w:rPr>
        <w:t>__________</w:t>
      </w:r>
    </w:p>
    <w:p w14:paraId="1CE66825" w14:textId="635B5138" w:rsidR="00820275" w:rsidRDefault="00E9689F" w:rsidP="00E9689F">
      <w:pPr>
        <w:spacing w:line="360" w:lineRule="auto"/>
        <w:jc w:val="both"/>
        <w:rPr>
          <w:i/>
          <w:lang w:val="pt-PT"/>
        </w:rPr>
      </w:pPr>
      <w:r w:rsidRPr="00E9689F">
        <w:rPr>
          <w:i/>
          <w:lang w:val="pt-PT"/>
        </w:rPr>
        <w:t>___</w:t>
      </w:r>
      <w:r>
        <w:rPr>
          <w:i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9689F">
        <w:rPr>
          <w:i/>
          <w:lang w:val="pt-PT"/>
        </w:rPr>
        <w:t>_______________________________________________________________________________</w:t>
      </w:r>
    </w:p>
    <w:p w14:paraId="36535634" w14:textId="77777777" w:rsidR="00E9689F" w:rsidRPr="00E9689F" w:rsidRDefault="00E9689F" w:rsidP="00E9689F">
      <w:pPr>
        <w:spacing w:line="360" w:lineRule="auto"/>
        <w:jc w:val="center"/>
        <w:rPr>
          <w:b/>
          <w:bCs/>
          <w:lang w:val="pt-PT"/>
        </w:rPr>
      </w:pPr>
      <w:r w:rsidRPr="00E9689F">
        <w:rPr>
          <w:b/>
          <w:lang w:val="pt-PT"/>
        </w:rPr>
        <w:t xml:space="preserve">Artigo / Capítulo / Matéria: </w:t>
      </w:r>
      <w:r>
        <w:rPr>
          <w:b/>
          <w:lang w:val="pt-PT"/>
        </w:rPr>
        <w:t xml:space="preserve">  </w:t>
      </w:r>
      <w:r w:rsidRPr="00E9689F">
        <w:rPr>
          <w:b/>
          <w:bCs/>
          <w:lang w:val="pt-PT"/>
        </w:rPr>
        <w:t>_____________________________________________</w:t>
      </w:r>
      <w:r>
        <w:rPr>
          <w:b/>
          <w:bCs/>
          <w:lang w:val="pt-PT"/>
        </w:rPr>
        <w:t>__________</w:t>
      </w:r>
    </w:p>
    <w:p w14:paraId="7AFF7C60" w14:textId="361ECEF3" w:rsidR="00E9689F" w:rsidRPr="00E9689F" w:rsidRDefault="00E9689F" w:rsidP="00E9689F">
      <w:pPr>
        <w:spacing w:line="360" w:lineRule="auto"/>
        <w:jc w:val="both"/>
        <w:rPr>
          <w:lang w:val="pt-PT"/>
        </w:rPr>
      </w:pPr>
      <w:r w:rsidRPr="00E9689F">
        <w:rPr>
          <w:i/>
          <w:lang w:val="pt-PT"/>
        </w:rPr>
        <w:t>___</w:t>
      </w:r>
      <w:r>
        <w:rPr>
          <w:i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9689F">
        <w:rPr>
          <w:i/>
          <w:lang w:val="pt-PT"/>
        </w:rPr>
        <w:t>_______________________________________________________________________________</w:t>
      </w:r>
    </w:p>
    <w:p w14:paraId="4E361CCC" w14:textId="77777777" w:rsidR="00820275" w:rsidRPr="00E9689F" w:rsidRDefault="00000000" w:rsidP="00E9689F">
      <w:pPr>
        <w:jc w:val="both"/>
        <w:rPr>
          <w:lang w:val="pt-PT"/>
        </w:rPr>
      </w:pPr>
      <w:r w:rsidRPr="00E9689F">
        <w:rPr>
          <w:b/>
          <w:color w:val="1F4E79"/>
          <w:lang w:val="pt-PT"/>
        </w:rPr>
        <w:t>3. DOCUMENTOS ANEXOS (Se aplicável)</w:t>
      </w:r>
    </w:p>
    <w:p w14:paraId="532EFF31" w14:textId="048E25E6" w:rsidR="00E9689F" w:rsidRDefault="00000000" w:rsidP="00E9689F">
      <w:pPr>
        <w:jc w:val="both"/>
        <w:rPr>
          <w:lang w:val="pt-PT"/>
        </w:rPr>
      </w:pPr>
      <w:proofErr w:type="gramStart"/>
      <w:r w:rsidRPr="00E9689F">
        <w:rPr>
          <w:lang w:val="pt-PT"/>
        </w:rPr>
        <w:t>[  ]</w:t>
      </w:r>
      <w:proofErr w:type="gramEnd"/>
      <w:r w:rsidRPr="00E9689F">
        <w:rPr>
          <w:lang w:val="pt-PT"/>
        </w:rPr>
        <w:t xml:space="preserve"> </w:t>
      </w:r>
      <w:proofErr w:type="gramStart"/>
      <w:r w:rsidRPr="00E9689F">
        <w:rPr>
          <w:lang w:val="pt-PT"/>
        </w:rPr>
        <w:t xml:space="preserve">Sim </w:t>
      </w:r>
      <w:r w:rsidR="00E9689F">
        <w:rPr>
          <w:lang w:val="pt-PT"/>
        </w:rPr>
        <w:t xml:space="preserve"> </w:t>
      </w:r>
      <w:r w:rsidR="00E9689F" w:rsidRPr="00E9689F">
        <w:rPr>
          <w:lang w:val="pt-PT"/>
        </w:rPr>
        <w:t>[  ]</w:t>
      </w:r>
      <w:proofErr w:type="gramEnd"/>
      <w:r w:rsidR="00E9689F" w:rsidRPr="00E9689F">
        <w:rPr>
          <w:lang w:val="pt-PT"/>
        </w:rPr>
        <w:t xml:space="preserve"> Não</w:t>
      </w:r>
    </w:p>
    <w:p w14:paraId="2A014276" w14:textId="40DC5C72" w:rsidR="00820275" w:rsidRPr="00E9689F" w:rsidRDefault="00000000" w:rsidP="00E9689F">
      <w:pPr>
        <w:jc w:val="both"/>
        <w:rPr>
          <w:lang w:val="pt-PT"/>
        </w:rPr>
      </w:pPr>
      <w:r w:rsidRPr="00E9689F">
        <w:rPr>
          <w:lang w:val="pt-PT"/>
        </w:rPr>
        <w:t>(Especificar):</w:t>
      </w:r>
      <w:r w:rsidR="00E9689F">
        <w:rPr>
          <w:lang w:val="pt-PT"/>
        </w:rPr>
        <w:t xml:space="preserve"> _________________________________</w:t>
      </w:r>
      <w:r w:rsidRPr="00E9689F">
        <w:rPr>
          <w:lang w:val="pt-PT"/>
        </w:rPr>
        <w:t>_______________________________________________________________</w:t>
      </w:r>
      <w:r w:rsidRPr="00E9689F">
        <w:rPr>
          <w:lang w:val="pt-PT"/>
        </w:rPr>
        <w:br/>
      </w:r>
    </w:p>
    <w:p w14:paraId="7AC25395" w14:textId="77777777" w:rsidR="006B59D6" w:rsidRDefault="006B59D6" w:rsidP="00E9689F">
      <w:pPr>
        <w:jc w:val="both"/>
        <w:rPr>
          <w:lang w:val="pt-PT"/>
        </w:rPr>
      </w:pPr>
    </w:p>
    <w:p w14:paraId="4185A361" w14:textId="77777777" w:rsidR="006B59D6" w:rsidRDefault="006B59D6" w:rsidP="00E9689F">
      <w:pPr>
        <w:jc w:val="both"/>
        <w:rPr>
          <w:lang w:val="pt-PT"/>
        </w:rPr>
      </w:pPr>
    </w:p>
    <w:p w14:paraId="0D5F7167" w14:textId="3B1F7984" w:rsidR="00820275" w:rsidRPr="00E9689F" w:rsidRDefault="006B59D6" w:rsidP="00E9689F">
      <w:pPr>
        <w:jc w:val="both"/>
        <w:rPr>
          <w:lang w:val="pt-PT"/>
        </w:rPr>
      </w:pPr>
      <w:r>
        <w:rPr>
          <w:lang w:val="pt-PT"/>
        </w:rPr>
        <w:t>___________________________</w:t>
      </w:r>
      <w:r w:rsidR="00000000" w:rsidRPr="00E9689F">
        <w:rPr>
          <w:lang w:val="pt-PT"/>
        </w:rPr>
        <w:t xml:space="preserve">[Localidade], ______ de __________________________ </w:t>
      </w:r>
      <w:proofErr w:type="spellStart"/>
      <w:r w:rsidR="00000000" w:rsidRPr="00E9689F">
        <w:rPr>
          <w:lang w:val="pt-PT"/>
        </w:rPr>
        <w:t>de</w:t>
      </w:r>
      <w:proofErr w:type="spellEnd"/>
      <w:r w:rsidR="00000000" w:rsidRPr="00E9689F">
        <w:rPr>
          <w:lang w:val="pt-PT"/>
        </w:rPr>
        <w:t xml:space="preserve"> 2026</w:t>
      </w:r>
    </w:p>
    <w:p w14:paraId="65D3413E" w14:textId="1D703DE8" w:rsidR="00820275" w:rsidRPr="00E9689F" w:rsidRDefault="00000000" w:rsidP="00E9689F">
      <w:pPr>
        <w:rPr>
          <w:lang w:val="pt-PT"/>
        </w:rPr>
      </w:pPr>
      <w:r w:rsidRPr="006B59D6">
        <w:rPr>
          <w:b/>
          <w:bCs/>
          <w:lang w:val="pt-PT"/>
        </w:rPr>
        <w:t>O/A</w:t>
      </w:r>
      <w:r w:rsidR="00E9689F" w:rsidRPr="006B59D6">
        <w:rPr>
          <w:b/>
          <w:bCs/>
          <w:lang w:val="pt-PT"/>
        </w:rPr>
        <w:t xml:space="preserve"> </w:t>
      </w:r>
      <w:r w:rsidRPr="006B59D6">
        <w:rPr>
          <w:b/>
          <w:bCs/>
          <w:lang w:val="pt-PT"/>
        </w:rPr>
        <w:t>Participante,</w:t>
      </w:r>
      <w:r w:rsidRPr="00E9689F">
        <w:rPr>
          <w:lang w:val="pt-PT"/>
        </w:rPr>
        <w:br/>
      </w:r>
      <w:r w:rsidRPr="00E9689F">
        <w:rPr>
          <w:lang w:val="pt-PT"/>
        </w:rPr>
        <w:br/>
      </w:r>
      <w:r w:rsidRPr="00E9689F">
        <w:rPr>
          <w:lang w:val="pt-PT"/>
        </w:rPr>
        <w:br/>
        <w:t>______________________________________________________________</w:t>
      </w:r>
      <w:r w:rsidRPr="00E9689F">
        <w:rPr>
          <w:lang w:val="pt-PT"/>
        </w:rPr>
        <w:br/>
        <w:t>(Assinatura conforme documento de identificação)</w:t>
      </w:r>
    </w:p>
    <w:p w14:paraId="79C5FA47" w14:textId="77777777" w:rsidR="006B59D6" w:rsidRPr="00E9689F" w:rsidRDefault="006B59D6" w:rsidP="00E9689F">
      <w:pPr>
        <w:jc w:val="both"/>
        <w:rPr>
          <w:lang w:val="pt-PT"/>
        </w:rPr>
      </w:pPr>
    </w:p>
    <w:p w14:paraId="707095C9" w14:textId="2A2F2EFD" w:rsidR="00E9689F" w:rsidRDefault="00000000" w:rsidP="00E9689F">
      <w:pPr>
        <w:rPr>
          <w:sz w:val="19"/>
          <w:lang w:val="pt-PT"/>
        </w:rPr>
      </w:pPr>
      <w:r w:rsidRPr="00E9689F">
        <w:rPr>
          <w:b/>
          <w:sz w:val="20"/>
          <w:lang w:val="pt-PT"/>
        </w:rPr>
        <w:t>Instruções úteis para o envio:</w:t>
      </w:r>
      <w:r w:rsidRPr="00E9689F">
        <w:rPr>
          <w:b/>
          <w:sz w:val="20"/>
          <w:lang w:val="pt-PT"/>
        </w:rPr>
        <w:br/>
      </w:r>
      <w:r w:rsidRPr="00E9689F">
        <w:rPr>
          <w:b/>
          <w:sz w:val="19"/>
          <w:lang w:val="pt-PT"/>
        </w:rPr>
        <w:t xml:space="preserve">• Forma de entrega: </w:t>
      </w:r>
      <w:r w:rsidRPr="00E9689F">
        <w:rPr>
          <w:sz w:val="19"/>
          <w:lang w:val="pt-PT"/>
        </w:rPr>
        <w:t xml:space="preserve">Este formulário devidamente preenchido e assinado poderá ser entregue presencialmente nos serviços de atendimento, remetido por correio postal para </w:t>
      </w:r>
      <w:r w:rsidR="00E9689F" w:rsidRPr="00E9689F">
        <w:rPr>
          <w:b/>
          <w:bCs/>
          <w:i/>
          <w:iCs/>
          <w:sz w:val="19"/>
          <w:lang w:val="pt-PT"/>
        </w:rPr>
        <w:t>Rua das Pontes, s/n 3070-341 Praia de Mira</w:t>
      </w:r>
      <w:r w:rsidRPr="00E9689F">
        <w:rPr>
          <w:sz w:val="19"/>
          <w:lang w:val="pt-PT"/>
        </w:rPr>
        <w:t xml:space="preserve">, ou enviado por via eletrónica para o endereço </w:t>
      </w:r>
      <w:r w:rsidR="00E9689F" w:rsidRPr="00E9689F">
        <w:rPr>
          <w:b/>
          <w:bCs/>
          <w:i/>
          <w:iCs/>
          <w:sz w:val="19"/>
          <w:lang w:val="pt-PT"/>
        </w:rPr>
        <w:t>presidente@praiademira.pt</w:t>
      </w:r>
      <w:r w:rsidRPr="00E9689F">
        <w:rPr>
          <w:sz w:val="19"/>
          <w:lang w:val="pt-PT"/>
        </w:rPr>
        <w:t xml:space="preserve">, até ao dia </w:t>
      </w:r>
      <w:r w:rsidR="00E9689F">
        <w:rPr>
          <w:sz w:val="19"/>
          <w:lang w:val="pt-PT"/>
        </w:rPr>
        <w:t>30 de novembro de 2026</w:t>
      </w:r>
    </w:p>
    <w:p w14:paraId="5A84832F" w14:textId="6F2A7A32" w:rsidR="00820275" w:rsidRPr="00E9689F" w:rsidRDefault="00000000" w:rsidP="00E9689F">
      <w:pPr>
        <w:jc w:val="both"/>
        <w:rPr>
          <w:lang w:val="pt-PT"/>
        </w:rPr>
      </w:pPr>
      <w:r w:rsidRPr="00E9689F">
        <w:rPr>
          <w:b/>
          <w:sz w:val="19"/>
          <w:lang w:val="pt-PT"/>
        </w:rPr>
        <w:t xml:space="preserve">• Nota de Privacidade: </w:t>
      </w:r>
      <w:r w:rsidRPr="00E9689F">
        <w:rPr>
          <w:sz w:val="19"/>
          <w:lang w:val="pt-PT"/>
        </w:rPr>
        <w:t>Os dados recolhidos destinam-se exclusivamente ao âmbito do presente procedimento de consulta pública, sendo tratados em conformidade com o Regulamento Geral de Proteção de Dados (RGPD).</w:t>
      </w:r>
    </w:p>
    <w:sectPr w:rsidR="00820275" w:rsidRPr="00E9689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8250135">
    <w:abstractNumId w:val="8"/>
  </w:num>
  <w:num w:numId="2" w16cid:durableId="24143442">
    <w:abstractNumId w:val="6"/>
  </w:num>
  <w:num w:numId="3" w16cid:durableId="105122514">
    <w:abstractNumId w:val="5"/>
  </w:num>
  <w:num w:numId="4" w16cid:durableId="1561551523">
    <w:abstractNumId w:val="4"/>
  </w:num>
  <w:num w:numId="5" w16cid:durableId="1618490734">
    <w:abstractNumId w:val="7"/>
  </w:num>
  <w:num w:numId="6" w16cid:durableId="1169639807">
    <w:abstractNumId w:val="3"/>
  </w:num>
  <w:num w:numId="7" w16cid:durableId="431701788">
    <w:abstractNumId w:val="2"/>
  </w:num>
  <w:num w:numId="8" w16cid:durableId="69280676">
    <w:abstractNumId w:val="1"/>
  </w:num>
  <w:num w:numId="9" w16cid:durableId="80315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59D6"/>
    <w:rsid w:val="00713E8B"/>
    <w:rsid w:val="00820275"/>
    <w:rsid w:val="00AA1D8D"/>
    <w:rsid w:val="00B47730"/>
    <w:rsid w:val="00CB0664"/>
    <w:rsid w:val="00E968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CB639"/>
  <w14:defaultImageDpi w14:val="300"/>
  <w15:docId w15:val="{7CA84359-AD42-4681-8EC8-FAF1660C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Freguesia Praia de Mira</cp:lastModifiedBy>
  <cp:revision>2</cp:revision>
  <dcterms:created xsi:type="dcterms:W3CDTF">2026-09-30T07:52:00Z</dcterms:created>
  <dcterms:modified xsi:type="dcterms:W3CDTF">2026-09-30T07:52:00Z</dcterms:modified>
  <cp:category/>
</cp:coreProperties>
</file>